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rFonts w:ascii="Aptos Display" w:hAnsi="Aptos Display"/>
          <w:b/>
          <w:sz w:val="29"/>
        </w:rPr>
        <w:t>VZOROVÝ FORMULÁR NA ODSTÚPENIE OD ZMLUVY</w:t>
      </w:r>
    </w:p>
    <w:p>
      <w:pPr>
        <w:spacing w:after="100"/>
        <w:jc w:val="center"/>
      </w:pPr>
      <w:r>
        <w:rPr>
          <w:i/>
          <w:sz w:val="19"/>
        </w:rPr>
        <w:t>uzavretej na diaľku alebo mimo prevádzkových priestorov obchodníka</w:t>
      </w:r>
    </w:p>
    <w:p>
      <w:pPr>
        <w:spacing w:after="160"/>
        <w:jc w:val="center"/>
      </w:pPr>
      <w:r>
        <w:rPr>
          <w:sz w:val="16"/>
        </w:rPr>
        <w:t>Vzor podľa prílohy č. 2 zákona č. 108/2024 Z. z. o ochrane spotrebiteľa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9751"/>
            <w:vAlign w:val="center"/>
            <w:shd w:fill="F2F2F2"/>
            <w:tcMar>
              <w:top w:w="90" w:type="dxa"/>
              <w:left w:w="140" w:type="dxa"/>
              <w:bottom w:w="90" w:type="dxa"/>
              <w:right w:w="140" w:type="dxa"/>
            </w:tcMar>
          </w:tcPr>
          <w:p>
            <w:pPr>
              <w:spacing w:after="0"/>
            </w:pPr>
            <w:r>
              <w:rPr>
                <w:sz w:val="18"/>
              </w:rPr>
              <w:t xml:space="preserve">Formulár môžete vyplniť priamo v počítači a zaslať e-mailom na </w:t>
            </w:r>
            <w:r>
              <w:rPr>
                <w:b/>
                <w:sz w:val="18"/>
              </w:rPr>
              <w:t>info@velvetia.sk</w:t>
            </w:r>
            <w:r>
              <w:rPr>
                <w:sz w:val="18"/>
              </w:rPr>
              <w:t>. Pri elektronickom odoslaní nie je potrebný vlastnoručný podpis.</w:t>
            </w:r>
          </w:p>
        </w:tc>
      </w:tr>
    </w:tbl>
    <w:p>
      <w:pPr>
        <w:spacing w:before="140" w:after="100"/>
      </w:pPr>
      <w:r>
        <w:rPr>
          <w:i/>
          <w:sz w:val="19"/>
        </w:rPr>
        <w:t>Vyplňte a zašlite tento formulár len v prípade, ak si želáte odstúpiť od zmluvy.</w:t>
      </w:r>
    </w:p>
    <w:p>
      <w:pPr>
        <w:spacing w:after="20"/>
      </w:pPr>
      <w:r>
        <w:rPr>
          <w:b/>
        </w:rPr>
        <w:t>Komu:</w:t>
      </w:r>
    </w:p>
    <w:p>
      <w:pPr>
        <w:spacing w:after="0"/>
        <w:ind w:left="227"/>
      </w:pPr>
      <w:r>
        <w:rPr>
          <w:sz w:val="19"/>
        </w:rPr>
        <w:t>Mgr. Diana Rožár – Velvet Design</w:t>
      </w:r>
    </w:p>
    <w:p>
      <w:pPr>
        <w:spacing w:after="0"/>
        <w:ind w:left="227"/>
      </w:pPr>
      <w:r>
        <w:rPr>
          <w:sz w:val="19"/>
        </w:rPr>
        <w:t>Svätoplukova 931/2A</w:t>
      </w:r>
    </w:p>
    <w:p>
      <w:pPr>
        <w:spacing w:after="0"/>
        <w:ind w:left="227"/>
      </w:pPr>
      <w:r>
        <w:rPr>
          <w:sz w:val="19"/>
        </w:rPr>
        <w:t>949 01 Nitra</w:t>
      </w:r>
    </w:p>
    <w:p>
      <w:pPr>
        <w:spacing w:after="0"/>
        <w:ind w:left="227"/>
      </w:pPr>
      <w:r>
        <w:rPr>
          <w:sz w:val="19"/>
        </w:rPr>
        <w:t>Slovenská republika</w:t>
      </w:r>
    </w:p>
    <w:p>
      <w:pPr>
        <w:spacing w:after="0"/>
        <w:ind w:left="227"/>
      </w:pPr>
      <w:r>
        <w:rPr>
          <w:sz w:val="19"/>
        </w:rPr>
        <w:t>E-mail: info@velvetia.sk</w:t>
      </w:r>
    </w:p>
    <w:p>
      <w:pPr>
        <w:spacing w:before="80" w:after="100"/>
      </w:pPr>
      <w:r>
        <w:rPr>
          <w:b/>
          <w:sz w:val="19"/>
        </w:rPr>
        <w:t>Týmto oznamujem/oznamujeme*, že odstupujem/odstupujeme* od zmluvy o dodaní alebo poskytnutí tohto produktu: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3742"/>
            <w:vAlign w:val="center"/>
            <w:shd w:fill="F7F7F7"/>
          </w:tcPr>
          <w:p>
            <w:pPr>
              <w:spacing w:after="0"/>
            </w:pPr>
            <w:r>
              <w:rPr>
                <w:b/>
                <w:sz w:val="18"/>
              </w:rPr>
              <w:t>Produkt / produkty</w:t>
            </w:r>
          </w:p>
        </w:tc>
        <w:tc>
          <w:tcPr>
            <w:tcW w:type="dxa" w:w="6009"/>
            <w:vAlign w:val="center"/>
          </w:tcPr>
          <w:p>
            <w:pPr>
              <w:spacing w:after="0"/>
            </w:pPr>
            <w:r>
              <w:rPr>
                <w:i/>
                <w:sz w:val="18"/>
              </w:rPr>
              <w:t>[sem doplňte názov produktu alebo produktov]</w:t>
            </w:r>
          </w:p>
        </w:tc>
      </w:tr>
      <w:tr>
        <w:tc>
          <w:tcPr>
            <w:tcW w:type="dxa" w:w="3742"/>
            <w:vAlign w:val="center"/>
            <w:shd w:fill="F7F7F7"/>
          </w:tcPr>
          <w:p>
            <w:pPr>
              <w:spacing w:after="0"/>
            </w:pPr>
            <w:r>
              <w:rPr>
                <w:b/>
                <w:sz w:val="18"/>
              </w:rPr>
              <w:t>Dátum objednania / dátum prijatia*</w:t>
            </w:r>
          </w:p>
        </w:tc>
        <w:tc>
          <w:tcPr>
            <w:tcW w:type="dxa" w:w="6009"/>
            <w:vAlign w:val="center"/>
          </w:tcPr>
          <w:p>
            <w:pPr>
              <w:spacing w:after="0"/>
            </w:pPr>
            <w:r>
              <w:rPr>
                <w:i/>
                <w:sz w:val="18"/>
              </w:rPr>
              <w:t>[DD. MM. RRRR]</w:t>
            </w:r>
          </w:p>
        </w:tc>
      </w:tr>
      <w:tr>
        <w:tc>
          <w:tcPr>
            <w:tcW w:type="dxa" w:w="3742"/>
            <w:vAlign w:val="center"/>
            <w:shd w:fill="F7F7F7"/>
          </w:tcPr>
          <w:p>
            <w:pPr>
              <w:spacing w:after="0"/>
            </w:pPr>
            <w:r>
              <w:rPr>
                <w:b/>
                <w:sz w:val="18"/>
              </w:rPr>
              <w:t>Meno a priezvisko spotrebiteľa / spotrebiteľov*</w:t>
            </w:r>
          </w:p>
        </w:tc>
        <w:tc>
          <w:tcPr>
            <w:tcW w:type="dxa" w:w="6009"/>
            <w:vAlign w:val="center"/>
          </w:tcPr>
          <w:p>
            <w:pPr>
              <w:spacing w:after="0"/>
            </w:pPr>
            <w:r>
              <w:rPr>
                <w:i/>
                <w:sz w:val="18"/>
              </w:rPr>
              <w:t>[sem doplňte meno a priezvisko]</w:t>
            </w:r>
          </w:p>
        </w:tc>
      </w:tr>
      <w:tr>
        <w:tc>
          <w:tcPr>
            <w:tcW w:type="dxa" w:w="3742"/>
            <w:vAlign w:val="center"/>
            <w:shd w:fill="F7F7F7"/>
          </w:tcPr>
          <w:p>
            <w:pPr>
              <w:spacing w:after="0"/>
            </w:pPr>
            <w:r>
              <w:rPr>
                <w:b/>
                <w:sz w:val="18"/>
              </w:rPr>
              <w:t>Adresa spotrebiteľa / spotrebiteľov*</w:t>
            </w:r>
          </w:p>
        </w:tc>
        <w:tc>
          <w:tcPr>
            <w:tcW w:type="dxa" w:w="6009"/>
            <w:vAlign w:val="center"/>
          </w:tcPr>
          <w:p>
            <w:pPr>
              <w:spacing w:after="0"/>
            </w:pPr>
            <w:r>
              <w:rPr>
                <w:i/>
                <w:sz w:val="18"/>
              </w:rPr>
              <w:t>[ulica, číslo, PSČ, mesto]</w:t>
            </w:r>
          </w:p>
        </w:tc>
      </w:tr>
      <w:tr>
        <w:tc>
          <w:tcPr>
            <w:tcW w:type="dxa" w:w="3742"/>
            <w:vAlign w:val="center"/>
            <w:shd w:fill="F7F7F7"/>
          </w:tcPr>
          <w:p>
            <w:pPr>
              <w:spacing w:after="0"/>
            </w:pPr>
            <w:r>
              <w:rPr>
                <w:b/>
                <w:sz w:val="18"/>
              </w:rPr>
              <w:t>Podpis spotrebiteľa / spotrebiteľov*</w:t>
            </w:r>
          </w:p>
        </w:tc>
        <w:tc>
          <w:tcPr>
            <w:tcW w:type="dxa" w:w="6009"/>
            <w:vAlign w:val="center"/>
          </w:tcPr>
          <w:p>
            <w:pPr>
              <w:spacing w:after="0"/>
            </w:pPr>
            <w:r>
              <w:rPr>
                <w:i/>
                <w:sz w:val="18"/>
              </w:rPr>
              <w:t>[iba pri listinnom podaní]</w:t>
            </w:r>
          </w:p>
        </w:tc>
      </w:tr>
      <w:tr>
        <w:tc>
          <w:tcPr>
            <w:tcW w:type="dxa" w:w="3742"/>
            <w:vAlign w:val="center"/>
            <w:shd w:fill="F7F7F7"/>
          </w:tcPr>
          <w:p>
            <w:pPr>
              <w:spacing w:after="0"/>
            </w:pPr>
            <w:r>
              <w:rPr>
                <w:b/>
                <w:sz w:val="18"/>
              </w:rPr>
              <w:t>Dátum</w:t>
            </w:r>
          </w:p>
        </w:tc>
        <w:tc>
          <w:tcPr>
            <w:tcW w:type="dxa" w:w="6009"/>
            <w:vAlign w:val="center"/>
          </w:tcPr>
          <w:p>
            <w:pPr>
              <w:spacing w:after="0"/>
            </w:pPr>
            <w:r>
              <w:rPr>
                <w:i/>
                <w:sz w:val="18"/>
              </w:rPr>
              <w:t>[DD. MM. RRRR]</w:t>
            </w:r>
          </w:p>
        </w:tc>
      </w:tr>
    </w:tbl>
    <w:p>
      <w:pPr>
        <w:spacing w:before="120" w:after="60"/>
      </w:pPr>
      <w:r>
        <w:rPr>
          <w:b/>
          <w:sz w:val="18"/>
        </w:rPr>
        <w:t>Nepovinný údaj pre rýchlejšie spracovanie vo Velvetii: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3742"/>
            <w:vAlign w:val="center"/>
            <w:shd w:fill="F7F7F7"/>
          </w:tcPr>
          <w:p>
            <w:pPr>
              <w:spacing w:after="0"/>
            </w:pPr>
            <w:r>
              <w:rPr>
                <w:b/>
                <w:sz w:val="18"/>
              </w:rPr>
              <w:t>Číslo objednávky</w:t>
            </w:r>
          </w:p>
        </w:tc>
        <w:tc>
          <w:tcPr>
            <w:tcW w:type="dxa" w:w="6009"/>
            <w:vAlign w:val="center"/>
          </w:tcPr>
          <w:p>
            <w:pPr>
              <w:spacing w:after="0"/>
            </w:pPr>
            <w:r>
              <w:rPr>
                <w:i/>
                <w:sz w:val="18"/>
              </w:rPr>
              <w:t>[sem doplňte číslo objednávky]</w:t>
            </w:r>
          </w:p>
        </w:tc>
      </w:tr>
    </w:tbl>
    <w:p>
      <w:pPr>
        <w:spacing w:before="140" w:after="40"/>
      </w:pPr>
      <w:r>
        <w:rPr>
          <w:b/>
          <w:sz w:val="21"/>
        </w:rPr>
        <w:t>Údaje na vrátenie platby</w:t>
      </w:r>
    </w:p>
    <w:p>
      <w:pPr>
        <w:spacing w:after="80"/>
      </w:pPr>
      <w:r>
        <w:rPr>
          <w:sz w:val="17"/>
        </w:rPr>
        <w:t xml:space="preserve">Platbu vrátime rovnakým spôsobom, akým bola objednávka uhradená, pokiaľ sa nedohodneme inak. </w:t>
      </w:r>
      <w:r>
        <w:rPr>
          <w:sz w:val="17"/>
        </w:rPr>
        <w:t>Ak bola objednávka uhradená na dobierku alebo súhlasíte s vrátením platby bankovým prevodom, vyplňte údaje nižšie.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3742"/>
            <w:vAlign w:val="center"/>
            <w:shd w:fill="F7F7F7"/>
          </w:tcPr>
          <w:p>
            <w:pPr>
              <w:spacing w:after="0"/>
            </w:pPr>
            <w:r>
              <w:rPr>
                <w:b/>
                <w:sz w:val="18"/>
              </w:rPr>
              <w:t>IBAN</w:t>
            </w:r>
          </w:p>
        </w:tc>
        <w:tc>
          <w:tcPr>
            <w:tcW w:type="dxa" w:w="6009"/>
            <w:vAlign w:val="center"/>
          </w:tcPr>
          <w:p>
            <w:pPr>
              <w:spacing w:after="0"/>
            </w:pPr>
            <w:r>
              <w:rPr>
                <w:i/>
                <w:sz w:val="18"/>
              </w:rPr>
              <w:t>[SK__ ____ ____ ____ ____ ____]</w:t>
            </w:r>
          </w:p>
        </w:tc>
      </w:tr>
      <w:tr>
        <w:tc>
          <w:tcPr>
            <w:tcW w:type="dxa" w:w="3742"/>
            <w:vAlign w:val="center"/>
            <w:shd w:fill="F7F7F7"/>
          </w:tcPr>
          <w:p>
            <w:pPr>
              <w:spacing w:after="0"/>
            </w:pPr>
            <w:r>
              <w:rPr>
                <w:b/>
                <w:sz w:val="18"/>
              </w:rPr>
              <w:t>Meno majiteľa účtu</w:t>
            </w:r>
          </w:p>
        </w:tc>
        <w:tc>
          <w:tcPr>
            <w:tcW w:type="dxa" w:w="6009"/>
            <w:vAlign w:val="center"/>
          </w:tcPr>
          <w:p>
            <w:pPr>
              <w:spacing w:after="0"/>
            </w:pPr>
            <w:r>
              <w:rPr>
                <w:i/>
                <w:sz w:val="18"/>
              </w:rPr>
              <w:t>[sem doplňte meno majiteľa účtu]</w:t>
            </w:r>
          </w:p>
        </w:tc>
      </w:tr>
    </w:tbl>
    <w:p>
      <w:pPr>
        <w:spacing w:before="60" w:after="40"/>
      </w:pPr>
      <w:r>
        <w:rPr>
          <w:i/>
          <w:sz w:val="16"/>
        </w:rPr>
        <w:t>Uvedením IBAN-u súhlasíte s vrátením platby bankovým prevodom na vyššie uvedený účet.</w:t>
      </w:r>
    </w:p>
    <w:p>
      <w:pPr>
        <w:spacing w:before="120" w:after="20"/>
      </w:pPr>
      <w:r>
        <w:rPr>
          <w:sz w:val="16"/>
        </w:rPr>
        <w:t>* Nehodiace sa prečiarknite.</w:t>
      </w:r>
    </w:p>
    <w:p>
      <w:pPr>
        <w:spacing w:after="0"/>
      </w:pPr>
      <w:r>
        <w:rPr>
          <w:i/>
          <w:sz w:val="16"/>
        </w:rPr>
        <w:t>Poznámka: Podpis sa vyžaduje iba v prípade, ak sa formulár podáva v listinnej podobe.</w:t>
      </w:r>
    </w:p>
    <w:sectPr w:rsidR="00FC693F" w:rsidRPr="0006063C" w:rsidSect="00034616">
      <w:footerReference w:type="default" r:id="rId9"/>
      <w:pgSz w:w="12240" w:h="15840"/>
      <w:pgMar w:top="85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5"/>
      </w:rPr>
      <w:t>Velvetia | Mgr. Diana Rožár – Velvet Design | info@velvetia.sk | +421 917 538 894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